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jc w:val="center"/>
      </w:pPr>
      <w:r>
        <w:rPr>
          <w:rFonts w:ascii="맑은 고딕" w:hAnsi="맑은 고딕" w:eastAsia="맑은 고딕"/>
          <w:b/>
          <w:sz w:val="32"/>
        </w:rPr>
        <w:t>답 변 서</w:t>
      </w:r>
    </w:p>
    <w:p>
      <w:pPr>
        <w:spacing w:after="60"/>
      </w:pPr>
      <w:r>
        <w:rPr>
          <w:rFonts w:ascii="맑은 고딕" w:hAnsi="맑은 고딕" w:eastAsia="맑은 고딕"/>
          <w:b w:val="0"/>
        </w:rPr>
        <w:t>사      건    20__가단(가소·가합) ________  ________________</w:t>
      </w:r>
    </w:p>
    <w:p>
      <w:pPr>
        <w:spacing w:after="60"/>
      </w:pPr>
      <w:r>
        <w:rPr>
          <w:rFonts w:ascii="맑은 고딕" w:hAnsi="맑은 고딕" w:eastAsia="맑은 고딕"/>
          <w:b w:val="0"/>
        </w:rPr>
        <w:t>원      고    ________________</w:t>
      </w:r>
    </w:p>
    <w:p>
      <w:pPr>
        <w:spacing w:after="160"/>
      </w:pPr>
      <w:r>
        <w:rPr>
          <w:rFonts w:ascii="맑은 고딕" w:hAnsi="맑은 고딕" w:eastAsia="맑은 고딕"/>
          <w:b w:val="0"/>
        </w:rPr>
        <w:t>피      고    ________________ (주소: ______________________  연락처: ____________)</w:t>
      </w:r>
    </w:p>
    <w:p>
      <w:pPr>
        <w:spacing w:after="120"/>
      </w:pPr>
      <w:r>
        <w:rPr>
          <w:rFonts w:ascii="맑은 고딕" w:hAnsi="맑은 고딕" w:eastAsia="맑은 고딕"/>
          <w:b w:val="0"/>
        </w:rPr>
        <w:t>위 사건에 관하여 피고는 다음과 같이 답변합니다.</w:t>
      </w:r>
    </w:p>
    <w:p>
      <w:pPr>
        <w:spacing w:after="40"/>
      </w:pPr>
      <w:r>
        <w:rPr>
          <w:rFonts w:ascii="맑은 고딕" w:hAnsi="맑은 고딕" w:eastAsia="맑은 고딕"/>
          <w:b/>
        </w:rPr>
        <w:t>청구취지에 대한 답변</w:t>
      </w:r>
    </w:p>
    <w:p>
      <w:pPr>
        <w:spacing w:after="40"/>
      </w:pPr>
      <w:r>
        <w:rPr>
          <w:rFonts w:ascii="맑은 고딕" w:hAnsi="맑은 고딕" w:eastAsia="맑은 고딕"/>
          <w:b w:val="0"/>
          <w:sz w:val="18"/>
        </w:rPr>
        <w:t>※ 아래는 청구 전부를 다투는 경우의 예시입니다. 일부를 인정한다면 인정하는 금액과 이자 등을 나눠 고쳐 씁니다.</w:t>
      </w:r>
    </w:p>
    <w:p>
      <w:pPr>
        <w:spacing w:after="20"/>
        <w:ind w:left="227"/>
      </w:pPr>
      <w:r>
        <w:rPr>
          <w:rFonts w:ascii="맑은 고딕" w:hAnsi="맑은 고딕" w:eastAsia="맑은 고딕"/>
          <w:b w:val="0"/>
        </w:rPr>
        <w:t>1. 원고의 청구를 기각한다.</w:t>
      </w:r>
    </w:p>
    <w:p>
      <w:pPr>
        <w:spacing w:after="20"/>
        <w:ind w:left="227"/>
      </w:pPr>
      <w:r>
        <w:rPr>
          <w:rFonts w:ascii="맑은 고딕" w:hAnsi="맑은 고딕" w:eastAsia="맑은 고딕"/>
          <w:b w:val="0"/>
        </w:rPr>
        <w:t>2. 소송비용은 원고가 부담한다.</w:t>
      </w:r>
    </w:p>
    <w:p>
      <w:pPr>
        <w:spacing w:after="120"/>
      </w:pPr>
      <w:r>
        <w:rPr>
          <w:rFonts w:ascii="맑은 고딕" w:hAnsi="맑은 고딕" w:eastAsia="맑은 고딕"/>
          <w:b w:val="0"/>
        </w:rPr>
        <w:t>라는 판결을 구합니다.</w:t>
      </w:r>
    </w:p>
    <w:p>
      <w:pPr>
        <w:spacing w:after="40"/>
      </w:pPr>
      <w:r>
        <w:rPr>
          <w:rFonts w:ascii="맑은 고딕" w:hAnsi="맑은 고딕" w:eastAsia="맑은 고딕"/>
          <w:b/>
        </w:rPr>
        <w:t>청구원인에 대한 답변</w:t>
      </w:r>
    </w:p>
    <w:p>
      <w:pPr>
        <w:spacing w:after="40"/>
        <w:ind w:left="227"/>
      </w:pPr>
      <w:r>
        <w:rPr>
          <w:rFonts w:ascii="맑은 고딕" w:hAnsi="맑은 고딕" w:eastAsia="맑은 고딕"/>
          <w:b w:val="0"/>
          <w:sz w:val="18"/>
        </w:rPr>
        <w:t>※ 소장의 주장마다 인정 / 부인 / 알지 못함을 나눠 씁니다. 인정한다고 쓴 사실은 나중에 거두기 어렵습니다.</w:t>
      </w:r>
    </w:p>
    <w:p>
      <w:pPr>
        <w:spacing w:after="40"/>
        <w:ind w:left="227"/>
      </w:pPr>
      <w:r>
        <w:rPr>
          <w:rFonts w:ascii="맑은 고딕" w:hAnsi="맑은 고딕" w:eastAsia="맑은 고딕"/>
          <w:b w:val="0"/>
        </w:rPr>
        <w:t>1. 인정하는 사실: ________________________________________________</w:t>
      </w:r>
    </w:p>
    <w:p>
      <w:pPr>
        <w:spacing w:after="40"/>
        <w:ind w:left="227"/>
      </w:pPr>
      <w:r>
        <w:rPr>
          <w:rFonts w:ascii="맑은 고딕" w:hAnsi="맑은 고딕" w:eastAsia="맑은 고딕"/>
          <w:b w:val="0"/>
        </w:rPr>
        <w:t>2. 다투는 사실과 그 이유: ________________________________________</w:t>
      </w:r>
    </w:p>
    <w:p>
      <w:pPr>
        <w:spacing w:after="40"/>
        <w:ind w:left="227"/>
      </w:pPr>
      <w:r>
        <w:rPr>
          <w:rFonts w:ascii="맑은 고딕" w:hAnsi="맑은 고딕" w:eastAsia="맑은 고딕"/>
          <w:b w:val="0"/>
        </w:rPr>
        <w:t xml:space="preserve">   ________________________________________________________________</w:t>
      </w:r>
    </w:p>
    <w:p>
      <w:pPr>
        <w:spacing w:after="120"/>
        <w:ind w:left="227"/>
      </w:pPr>
      <w:r>
        <w:rPr>
          <w:rFonts w:ascii="맑은 고딕" w:hAnsi="맑은 고딕" w:eastAsia="맑은 고딕"/>
          <w:b w:val="0"/>
        </w:rPr>
        <w:t>3. 피고의 주장(예: 이미 갚은 금액, 소멸시효 등): ______________________</w:t>
      </w:r>
    </w:p>
    <w:p>
      <w:pPr>
        <w:spacing w:after="40"/>
      </w:pPr>
      <w:r>
        <w:rPr>
          <w:rFonts w:ascii="맑은 고딕" w:hAnsi="맑은 고딕" w:eastAsia="맑은 고딕"/>
          <w:b/>
        </w:rPr>
        <w:t>입증방법</w:t>
      </w:r>
    </w:p>
    <w:p>
      <w:pPr>
        <w:spacing w:after="20"/>
        <w:ind w:left="227"/>
      </w:pPr>
      <w:r>
        <w:rPr>
          <w:rFonts w:ascii="맑은 고딕" w:hAnsi="맑은 고딕" w:eastAsia="맑은 고딕"/>
          <w:b w:val="0"/>
        </w:rPr>
        <w:t>1. 을 제1호증  ________________</w:t>
      </w:r>
    </w:p>
    <w:p>
      <w:pPr>
        <w:spacing w:after="120"/>
        <w:ind w:left="227"/>
      </w:pPr>
      <w:r>
        <w:rPr>
          <w:rFonts w:ascii="맑은 고딕" w:hAnsi="맑은 고딕" w:eastAsia="맑은 고딕"/>
          <w:b w:val="0"/>
        </w:rPr>
        <w:t>2. 을 제2호증  ________________</w:t>
      </w:r>
    </w:p>
    <w:p>
      <w:pPr>
        <w:spacing w:after="40"/>
      </w:pPr>
      <w:r>
        <w:rPr>
          <w:rFonts w:ascii="맑은 고딕" w:hAnsi="맑은 고딕" w:eastAsia="맑은 고딕"/>
          <w:b/>
        </w:rPr>
        <w:t>첨부서류</w:t>
      </w:r>
    </w:p>
    <w:p>
      <w:pPr>
        <w:spacing w:after="20"/>
        <w:ind w:left="227"/>
      </w:pPr>
      <w:r>
        <w:rPr>
          <w:rFonts w:ascii="맑은 고딕" w:hAnsi="맑은 고딕" w:eastAsia="맑은 고딕"/>
          <w:b w:val="0"/>
        </w:rPr>
        <w:t>1. 위 입증방법 각 1통</w:t>
      </w:r>
    </w:p>
    <w:p>
      <w:pPr>
        <w:spacing w:after="160"/>
        <w:ind w:left="227"/>
      </w:pPr>
      <w:r>
        <w:rPr>
          <w:rFonts w:ascii="맑은 고딕" w:hAnsi="맑은 고딕" w:eastAsia="맑은 고딕"/>
          <w:b w:val="0"/>
        </w:rPr>
        <w:t>2. 답변서 부본(상대방 수만큼, 전자소송은 불필요)</w:t>
      </w:r>
    </w:p>
    <w:p>
      <w:pPr>
        <w:spacing w:after="160"/>
        <w:jc w:val="center"/>
      </w:pPr>
      <w:r>
        <w:rPr>
          <w:rFonts w:ascii="맑은 고딕" w:hAnsi="맑은 고딕" w:eastAsia="맑은 고딕"/>
          <w:b w:val="0"/>
        </w:rPr>
        <w:t>20__.  __.  __.</w:t>
      </w:r>
    </w:p>
    <w:p>
      <w:pPr>
        <w:spacing w:after="200"/>
        <w:jc w:val="center"/>
      </w:pPr>
      <w:r>
        <w:rPr>
          <w:rFonts w:ascii="맑은 고딕" w:hAnsi="맑은 고딕" w:eastAsia="맑은 고딕"/>
          <w:b w:val="0"/>
        </w:rPr>
        <w:t>피고  ____________ (서명 또는 날인)</w:t>
      </w:r>
    </w:p>
    <w:p>
      <w:pPr>
        <w:jc w:val="center"/>
      </w:pPr>
      <w:r>
        <w:rPr>
          <w:rFonts w:ascii="맑은 고딕" w:hAnsi="맑은 고딕" w:eastAsia="맑은 고딕"/>
          <w:b/>
        </w:rPr>
        <w:t>________ 지방법원 ________ 귀중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맑은 고딕" w:hAnsi="맑은 고딕" w:eastAsia="맑은 고딕"/>
        <w:sz w:val="16"/>
      </w:rPr>
      <w:t>법무법인 휘상 | 광고책임변호사 김민건 | 일반적인 예시이므로 사건에 맞게 고쳐 쓰세요.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88" w:lineRule="auto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